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i w:val="0"/>
          <w:sz w:val="24"/>
        </w:rPr>
        <w:t>HALAL INNOVATOR CHALLENGE 2026_EXTENDED ABSTRACT TEMPLATE</w:t>
      </w:r>
    </w:p>
    <w:p/>
    <w:p>
      <w:pPr>
        <w:jc w:val="center"/>
      </w:pPr>
      <w:r>
        <w:rPr>
          <w:rFonts w:ascii="Times New Roman" w:hAnsi="Times New Roman"/>
          <w:b/>
          <w:i w:val="0"/>
          <w:sz w:val="24"/>
        </w:rPr>
        <w:t>TITLE [Times New Roman, 12, bold, UPPERCASE]</w:t>
      </w:r>
    </w:p>
    <w:p/>
    <w:p>
      <w:pPr>
        <w:jc w:val="center"/>
      </w:pPr>
      <w:r>
        <w:rPr>
          <w:rFonts w:ascii="Times New Roman" w:hAnsi="Times New Roman"/>
          <w:b w:val="0"/>
          <w:i w:val="0"/>
          <w:sz w:val="20"/>
        </w:rPr>
        <w:t>Authors [Times New Roman, 10, Capitalize Each Word]</w:t>
      </w:r>
    </w:p>
    <w:p/>
    <w:p>
      <w:pPr>
        <w:jc w:val="center"/>
      </w:pPr>
      <w:r>
        <w:rPr>
          <w:rFonts w:ascii="Times New Roman" w:hAnsi="Times New Roman"/>
          <w:b w:val="0"/>
          <w:i w:val="0"/>
          <w:sz w:val="18"/>
        </w:rPr>
        <w:t>Organization/University/school(s) [Times New Roman, 9, Capitalize Each Word]</w:t>
      </w:r>
    </w:p>
    <w:p>
      <w:pPr>
        <w:jc w:val="center"/>
      </w:pPr>
      <w:r>
        <w:rPr>
          <w:rFonts w:ascii="Times New Roman" w:hAnsi="Times New Roman"/>
          <w:b w:val="0"/>
          <w:i w:val="0"/>
          <w:sz w:val="18"/>
        </w:rPr>
        <w:t>Address [Times New Roman, 9, Capitalize Each Word]</w:t>
      </w:r>
    </w:p>
    <w:p/>
    <w:p>
      <w:pPr>
        <w:jc w:val="center"/>
      </w:pPr>
      <w:r>
        <w:rPr>
          <w:rFonts w:ascii="Times New Roman" w:hAnsi="Times New Roman"/>
          <w:b w:val="0"/>
          <w:i/>
          <w:sz w:val="18"/>
        </w:rPr>
        <w:t>E-mail [times new roman, 9, italic]</w:t>
      </w:r>
    </w:p>
    <w:p/>
    <w:p>
      <w:r>
        <w:rPr>
          <w:rFonts w:ascii="Times New Roman" w:hAnsi="Times New Roman"/>
          <w:b/>
          <w:i w:val="0"/>
          <w:sz w:val="24"/>
        </w:rPr>
        <w:t>ABSTRACT</w:t>
      </w:r>
    </w:p>
    <w:p>
      <w:pPr>
        <w:jc w:val="both"/>
      </w:pPr>
      <w:r>
        <w:rPr>
          <w:rFonts w:ascii="Times New Roman" w:hAnsi="Times New Roman"/>
          <w:b w:val="0"/>
          <w:i w:val="0"/>
          <w:sz w:val="22"/>
        </w:rPr>
        <w:t>[This is the paragraph format for an abstract]. The author is required to submit the paper in MS Word. The file shall be saved with the title of the full paper followed by the corresponding author (Example: Title_Muhammad Ali). An abstract should not exceed 250 words, in one paragraph (English), using font size 11 Times New Roman, justify, and single spacing (1.0).</w:t>
      </w:r>
    </w:p>
    <w:p/>
    <w:p>
      <w:r>
        <w:rPr>
          <w:rFonts w:ascii="Times New Roman" w:hAnsi="Times New Roman"/>
          <w:b w:val="0"/>
          <w:i w:val="0"/>
          <w:sz w:val="22"/>
        </w:rPr>
        <w:t>Keyword: keyword [Times New Roman, 11]</w:t>
      </w:r>
    </w:p>
    <w:p/>
    <w:p>
      <w:r>
        <w:rPr>
          <w:rFonts w:ascii="Times New Roman" w:hAnsi="Times New Roman"/>
          <w:b/>
          <w:i w:val="0"/>
          <w:sz w:val="24"/>
        </w:rPr>
        <w:t>1. INTRODUCTION</w:t>
      </w:r>
    </w:p>
    <w:p>
      <w:pPr>
        <w:jc w:val="both"/>
      </w:pPr>
      <w:r>
        <w:rPr>
          <w:rFonts w:ascii="Times New Roman" w:hAnsi="Times New Roman"/>
          <w:b w:val="0"/>
          <w:i w:val="0"/>
          <w:sz w:val="22"/>
        </w:rPr>
        <w:t>Paragraph [Times New Roman, 11]. Please note the following details: this template is an A4 format. All text paragraphs should be formatted with 1.15 spacing and without indentation. The position and style of headings and subheadings should follow this example. No spaces should be placed between paragraphs. Please do not change any of the above-mentioned paragraphs and font settings.</w:t>
      </w:r>
    </w:p>
    <w:p/>
    <w:p>
      <w:r>
        <w:rPr>
          <w:rFonts w:ascii="Times New Roman" w:hAnsi="Times New Roman"/>
          <w:b/>
          <w:i w:val="0"/>
          <w:sz w:val="24"/>
        </w:rPr>
        <w:t>2. METHODOLOGY</w:t>
      </w:r>
    </w:p>
    <w:p>
      <w:pPr>
        <w:jc w:val="both"/>
      </w:pPr>
      <w:r>
        <w:rPr>
          <w:rFonts w:ascii="Times New Roman" w:hAnsi="Times New Roman"/>
          <w:b w:val="0"/>
          <w:i w:val="0"/>
          <w:sz w:val="22"/>
        </w:rPr>
        <w:t>2.1 Subheading should be placed and written this way. Paragraph [Times New Roman, 11]</w:t>
      </w:r>
    </w:p>
    <w:p/>
    <w:p>
      <w:r>
        <w:rPr>
          <w:rFonts w:ascii="Times New Roman" w:hAnsi="Times New Roman"/>
          <w:b/>
          <w:i w:val="0"/>
          <w:sz w:val="24"/>
        </w:rPr>
        <w:t>3. FINDINGS</w:t>
      </w:r>
    </w:p>
    <w:p>
      <w:pPr>
        <w:jc w:val="both"/>
      </w:pPr>
      <w:r>
        <w:rPr>
          <w:rFonts w:ascii="Times New Roman" w:hAnsi="Times New Roman"/>
          <w:b w:val="0"/>
          <w:i w:val="0"/>
          <w:sz w:val="22"/>
        </w:rPr>
        <w:t>The following is the example for Table 1. Table heading should be above the table.</w:t>
      </w:r>
    </w:p>
    <w:p>
      <w:r>
        <w:rPr>
          <w:rFonts w:ascii="Times New Roman" w:hAnsi="Times New Roman"/>
          <w:b w:val="0"/>
          <w:i w:val="0"/>
          <w:sz w:val="20"/>
        </w:rPr>
        <w:t>Table 1 Title of Example Table (Font size 10)</w:t>
      </w:r>
    </w:p>
    <w:tbl>
      <w:tblPr>
        <w:tblStyle w:val="TableGrid"/>
        <w:tblW w:type="auto" w:w="0"/>
        <w:tblLook w:firstColumn="1" w:firstRow="1" w:lastColumn="0" w:lastRow="0" w:noHBand="0" w:noVBand="1" w:val="04A0"/>
      </w:tblPr>
      <w:tblGrid>
        <w:gridCol w:w="2880"/>
        <w:gridCol w:w="2880"/>
        <w:gridCol w:w="2880"/>
      </w:tblGrid>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bl>
    <w:p/>
    <w:p>
      <w:pPr>
        <w:jc w:val="both"/>
      </w:pPr>
      <w:r>
        <w:rPr>
          <w:rFonts w:ascii="Times New Roman" w:hAnsi="Times New Roman"/>
          <w:b w:val="0"/>
          <w:i w:val="0"/>
          <w:sz w:val="22"/>
        </w:rPr>
        <w:t>Figure caption should be centered below the figure. Here is the example:</w:t>
      </w:r>
    </w:p>
    <w:p>
      <w:pPr>
        <w:jc w:val="center"/>
      </w:pPr>
      <w:r>
        <w:rPr>
          <w:rFonts w:ascii="Times New Roman" w:hAnsi="Times New Roman"/>
          <w:b w:val="0"/>
          <w:i w:val="0"/>
          <w:sz w:val="20"/>
        </w:rPr>
        <w:t>Figure 1 Savoring the aroma, one bean at a time. (Font size 10)</w:t>
      </w:r>
    </w:p>
    <w:p/>
    <w:p>
      <w:r>
        <w:rPr>
          <w:rFonts w:ascii="Times New Roman" w:hAnsi="Times New Roman"/>
          <w:b/>
          <w:i w:val="0"/>
          <w:sz w:val="24"/>
        </w:rPr>
        <w:t>4. CONCLUSION</w:t>
      </w:r>
    </w:p>
    <w:p>
      <w:pPr>
        <w:jc w:val="both"/>
      </w:pPr>
      <w:r>
        <w:rPr>
          <w:rFonts w:ascii="Times New Roman" w:hAnsi="Times New Roman"/>
          <w:b w:val="0"/>
          <w:i w:val="0"/>
          <w:sz w:val="22"/>
        </w:rPr>
        <w:t>Authors are expected to submit materials that have been carefully written and proofread.</w:t>
      </w:r>
    </w:p>
    <w:p/>
    <w:p>
      <w:r>
        <w:rPr>
          <w:rFonts w:ascii="Times New Roman" w:hAnsi="Times New Roman"/>
          <w:b/>
          <w:i w:val="0"/>
          <w:sz w:val="24"/>
        </w:rPr>
        <w:t>REFERENCES</w:t>
      </w:r>
    </w:p>
    <w:p>
      <w:r>
        <w:rPr>
          <w:rFonts w:ascii="Times New Roman" w:hAnsi="Times New Roman"/>
          <w:b w:val="0"/>
          <w:i w:val="0"/>
          <w:sz w:val="22"/>
        </w:rPr>
        <w:t>APA style [Times New Roman, 11]</w:t>
      </w:r>
    </w:p>
    <w:p/>
    <w:p>
      <w:r>
        <w:t>--------------------------------------------------</w:t>
      </w:r>
    </w:p>
    <w:p>
      <w:r>
        <w:rPr>
          <w:rFonts w:ascii="Times New Roman" w:hAnsi="Times New Roman"/>
          <w:b/>
          <w:i w:val="0"/>
          <w:sz w:val="22"/>
        </w:rPr>
        <w:t>NOTE:</w:t>
      </w:r>
    </w:p>
    <w:p>
      <w:r>
        <w:rPr>
          <w:rFonts w:ascii="Times New Roman" w:hAnsi="Times New Roman"/>
          <w:b w:val="0"/>
          <w:i w:val="0"/>
          <w:sz w:val="22"/>
        </w:rPr>
        <w:t>1. The maximum page for the extended abstract is 3 pages.</w:t>
        <w:br/>
        <w:t>2. Introduction, Methodology and Conclusion are compulsory to be included in the extended abstract.</w:t>
        <w:br/>
        <w:t>3. Authors are required to submit the paper in MS Word.</w:t>
        <w:br/>
        <w:t>4. Rename the file as “the title of the full paper followed by the corresponding author” (Example: Title_Muhammad Ali).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